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552044" w14:textId="1C4EFABF" w:rsidR="00C7203B" w:rsidRPr="00C7203B" w:rsidRDefault="00C7203B" w:rsidP="00C7203B">
      <w:pPr>
        <w:pStyle w:val="Heading1"/>
        <w:jc w:val="center"/>
        <w:rPr>
          <w:rFonts w:cstheme="majorHAnsi"/>
          <w:color w:val="auto"/>
          <w:sz w:val="40"/>
          <w:szCs w:val="40"/>
        </w:rPr>
      </w:pPr>
      <w:r w:rsidRPr="00C7203B">
        <w:rPr>
          <w:rFonts w:cstheme="majorHAnsi"/>
          <w:noProof/>
          <w:color w:val="auto"/>
          <w:sz w:val="40"/>
          <w:szCs w:val="40"/>
        </w:rPr>
        <w:drawing>
          <wp:anchor distT="0" distB="0" distL="114300" distR="114300" simplePos="0" relativeHeight="251658240" behindDoc="0" locked="0" layoutInCell="1" allowOverlap="1" wp14:anchorId="521F90CA" wp14:editId="384944D3">
            <wp:simplePos x="0" y="0"/>
            <wp:positionH relativeFrom="column">
              <wp:posOffset>11430</wp:posOffset>
            </wp:positionH>
            <wp:positionV relativeFrom="paragraph">
              <wp:posOffset>368300</wp:posOffset>
            </wp:positionV>
            <wp:extent cx="804242" cy="571500"/>
            <wp:effectExtent l="0" t="0" r="0" b="0"/>
            <wp:wrapNone/>
            <wp:docPr id="15015809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4242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7203B">
        <w:rPr>
          <w:rFonts w:cstheme="majorHAnsi"/>
          <w:color w:val="auto"/>
          <w:sz w:val="40"/>
          <w:szCs w:val="40"/>
        </w:rPr>
        <w:t>MANDURAH PLEIN AIR ARTISTS SKILLS RECORD</w:t>
      </w:r>
    </w:p>
    <w:p w14:paraId="46776D23" w14:textId="13088EA6" w:rsidR="00164994" w:rsidRPr="00C7203B" w:rsidRDefault="00000000">
      <w:pPr>
        <w:pStyle w:val="Heading1"/>
        <w:rPr>
          <w:rFonts w:cstheme="majorHAnsi"/>
        </w:rPr>
      </w:pPr>
      <w:r w:rsidRPr="00C7203B">
        <w:rPr>
          <w:rFonts w:cstheme="majorHAnsi"/>
        </w:rPr>
        <w:t>Member Skills &amp; Contributions Survey</w:t>
      </w:r>
    </w:p>
    <w:p w14:paraId="6EA2ABB5" w14:textId="77777777" w:rsidR="00164994" w:rsidRPr="00C7203B" w:rsidRDefault="00000000">
      <w:pPr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Thank you for being part of our painting group! Please tick the areas you have skills or interest in, and add notes where relevant.</w:t>
      </w:r>
    </w:p>
    <w:p w14:paraId="71A23058" w14:textId="77777777" w:rsidR="00164994" w:rsidRPr="00C7203B" w:rsidRDefault="00000000">
      <w:pPr>
        <w:pStyle w:val="Heading2"/>
        <w:rPr>
          <w:rFonts w:cstheme="majorHAnsi"/>
        </w:rPr>
      </w:pPr>
      <w:r w:rsidRPr="00C7203B">
        <w:rPr>
          <w:rFonts w:cstheme="majorHAnsi"/>
        </w:rPr>
        <w:t>Contact Details</w:t>
      </w:r>
    </w:p>
    <w:p w14:paraId="18DB33A3" w14:textId="3444595F" w:rsidR="00164994" w:rsidRPr="00C7203B" w:rsidRDefault="00000000">
      <w:pPr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Name:</w:t>
      </w:r>
      <w:r w:rsidR="00C7203B" w:rsidRPr="00C7203B">
        <w:rPr>
          <w:rFonts w:asciiTheme="majorHAnsi" w:hAnsiTheme="majorHAnsi" w:cstheme="majorHAnsi"/>
        </w:rPr>
        <w:t xml:space="preserve">    _________________________________________________________</w:t>
      </w:r>
      <w:proofErr w:type="gramStart"/>
      <w:r w:rsidR="00C7203B" w:rsidRPr="00C7203B">
        <w:rPr>
          <w:rFonts w:asciiTheme="majorHAnsi" w:hAnsiTheme="majorHAnsi" w:cstheme="majorHAnsi"/>
        </w:rPr>
        <w:t xml:space="preserve">_  </w:t>
      </w:r>
      <w:r w:rsidRPr="00C7203B">
        <w:rPr>
          <w:rFonts w:asciiTheme="majorHAnsi" w:hAnsiTheme="majorHAnsi" w:cstheme="majorHAnsi"/>
        </w:rPr>
        <w:t>Phone</w:t>
      </w:r>
      <w:proofErr w:type="gramEnd"/>
      <w:r w:rsidRPr="00C7203B">
        <w:rPr>
          <w:rFonts w:asciiTheme="majorHAnsi" w:hAnsiTheme="majorHAnsi" w:cstheme="majorHAnsi"/>
        </w:rPr>
        <w:t>:</w:t>
      </w:r>
      <w:r w:rsidR="00C7203B" w:rsidRPr="00C7203B">
        <w:rPr>
          <w:rFonts w:asciiTheme="majorHAnsi" w:hAnsiTheme="majorHAnsi" w:cstheme="majorHAnsi"/>
        </w:rPr>
        <w:t xml:space="preserve">  _________________________</w:t>
      </w:r>
    </w:p>
    <w:p w14:paraId="2C58A6CB" w14:textId="14BE7C83" w:rsidR="00164994" w:rsidRPr="00C7203B" w:rsidRDefault="00000000">
      <w:pPr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Email:</w:t>
      </w:r>
      <w:r w:rsidR="00C7203B" w:rsidRPr="00C7203B">
        <w:rPr>
          <w:rFonts w:asciiTheme="majorHAnsi" w:hAnsiTheme="majorHAnsi" w:cstheme="majorHAnsi"/>
        </w:rPr>
        <w:t xml:space="preserve">  ___________________________________________________________</w:t>
      </w:r>
      <w:proofErr w:type="gramStart"/>
      <w:r w:rsidR="00C7203B" w:rsidRPr="00C7203B">
        <w:rPr>
          <w:rFonts w:asciiTheme="majorHAnsi" w:hAnsiTheme="majorHAnsi" w:cstheme="majorHAnsi"/>
        </w:rPr>
        <w:t>_  Suburb</w:t>
      </w:r>
      <w:proofErr w:type="gramEnd"/>
      <w:r w:rsidR="00C7203B" w:rsidRPr="00C7203B">
        <w:rPr>
          <w:rFonts w:asciiTheme="majorHAnsi" w:hAnsiTheme="majorHAnsi" w:cstheme="majorHAnsi"/>
        </w:rPr>
        <w:t>:   _______________________</w:t>
      </w:r>
    </w:p>
    <w:p w14:paraId="60038486" w14:textId="77777777" w:rsidR="00164994" w:rsidRPr="00C7203B" w:rsidRDefault="00000000">
      <w:pPr>
        <w:pStyle w:val="Heading2"/>
        <w:rPr>
          <w:rFonts w:cstheme="majorHAnsi"/>
        </w:rPr>
      </w:pPr>
      <w:r w:rsidRPr="00C7203B">
        <w:rPr>
          <w:rFonts w:cstheme="majorHAnsi"/>
        </w:rPr>
        <w:t>Skills &amp; Experience</w:t>
      </w:r>
    </w:p>
    <w:tbl>
      <w:tblPr>
        <w:tblW w:w="0" w:type="auto"/>
        <w:tblBorders>
          <w:bottom w:val="dashSmallGap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3544"/>
        <w:gridCol w:w="709"/>
        <w:gridCol w:w="3827"/>
      </w:tblGrid>
      <w:tr w:rsidR="00164994" w:rsidRPr="00C7203B" w14:paraId="7229AEF9" w14:textId="77777777" w:rsidTr="00C7203B">
        <w:tc>
          <w:tcPr>
            <w:tcW w:w="2943" w:type="dxa"/>
            <w:shd w:val="clear" w:color="auto" w:fill="DBE5F1" w:themeFill="accent1" w:themeFillTint="33"/>
            <w:vAlign w:val="center"/>
          </w:tcPr>
          <w:p w14:paraId="01FFED2A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r w:rsidRPr="00C7203B">
              <w:rPr>
                <w:rFonts w:asciiTheme="majorHAnsi" w:hAnsiTheme="majorHAnsi" w:cstheme="majorHAnsi"/>
                <w:b/>
                <w:bCs/>
              </w:rPr>
              <w:t>Skill Area</w:t>
            </w:r>
          </w:p>
        </w:tc>
        <w:tc>
          <w:tcPr>
            <w:tcW w:w="3544" w:type="dxa"/>
            <w:shd w:val="clear" w:color="auto" w:fill="DBE5F1" w:themeFill="accent1" w:themeFillTint="33"/>
            <w:vAlign w:val="center"/>
          </w:tcPr>
          <w:p w14:paraId="523A07A0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r w:rsidRPr="00C7203B">
              <w:rPr>
                <w:rFonts w:asciiTheme="majorHAnsi" w:hAnsiTheme="majorHAnsi" w:cstheme="majorHAnsi"/>
                <w:b/>
                <w:bCs/>
              </w:rPr>
              <w:t>Specific Apps/Tools</w:t>
            </w:r>
          </w:p>
        </w:tc>
        <w:tc>
          <w:tcPr>
            <w:tcW w:w="709" w:type="dxa"/>
            <w:shd w:val="clear" w:color="auto" w:fill="DBE5F1" w:themeFill="accent1" w:themeFillTint="33"/>
            <w:vAlign w:val="center"/>
          </w:tcPr>
          <w:p w14:paraId="174354C7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C7203B">
              <w:rPr>
                <w:rFonts w:asciiTheme="majorHAnsi" w:hAnsiTheme="majorHAnsi" w:cstheme="majorHAnsi"/>
                <w:b/>
                <w:bCs/>
              </w:rPr>
              <w:t>Tick</w:t>
            </w:r>
          </w:p>
        </w:tc>
        <w:tc>
          <w:tcPr>
            <w:tcW w:w="3827" w:type="dxa"/>
            <w:tcBorders>
              <w:bottom w:val="nil"/>
            </w:tcBorders>
            <w:shd w:val="clear" w:color="auto" w:fill="DBE5F1" w:themeFill="accent1" w:themeFillTint="33"/>
            <w:vAlign w:val="center"/>
          </w:tcPr>
          <w:p w14:paraId="0D1823FF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  <w:b/>
                <w:bCs/>
              </w:rPr>
            </w:pPr>
            <w:r w:rsidRPr="00C7203B">
              <w:rPr>
                <w:rFonts w:asciiTheme="majorHAnsi" w:hAnsiTheme="majorHAnsi" w:cstheme="majorHAnsi"/>
                <w:b/>
                <w:bCs/>
              </w:rPr>
              <w:t>Notes</w:t>
            </w:r>
          </w:p>
        </w:tc>
      </w:tr>
      <w:tr w:rsidR="00164994" w:rsidRPr="00C7203B" w14:paraId="542012BF" w14:textId="77777777" w:rsidTr="00C7203B">
        <w:tc>
          <w:tcPr>
            <w:tcW w:w="2943" w:type="dxa"/>
            <w:vAlign w:val="center"/>
          </w:tcPr>
          <w:p w14:paraId="442A6F48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proofErr w:type="gramStart"/>
            <w:r w:rsidRPr="00C7203B">
              <w:rPr>
                <w:rFonts w:asciiTheme="majorHAnsi" w:hAnsiTheme="majorHAnsi" w:cstheme="majorHAnsi"/>
              </w:rPr>
              <w:t>Social Media</w:t>
            </w:r>
            <w:proofErr w:type="gramEnd"/>
          </w:p>
        </w:tc>
        <w:tc>
          <w:tcPr>
            <w:tcW w:w="3544" w:type="dxa"/>
            <w:vAlign w:val="center"/>
          </w:tcPr>
          <w:p w14:paraId="2AFBFB7E" w14:textId="226BAB88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Facebook, Instagram</w:t>
            </w:r>
            <w:r w:rsidR="00C7203B">
              <w:rPr>
                <w:rFonts w:asciiTheme="majorHAnsi" w:hAnsiTheme="majorHAnsi" w:cstheme="majorHAnsi"/>
              </w:rPr>
              <w:t xml:space="preserve"> </w:t>
            </w:r>
          </w:p>
        </w:tc>
        <w:tc>
          <w:tcPr>
            <w:tcW w:w="709" w:type="dxa"/>
            <w:vAlign w:val="center"/>
          </w:tcPr>
          <w:p w14:paraId="1FEBDE8D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bottom w:val="dashSmallGap" w:sz="4" w:space="0" w:color="auto"/>
            </w:tcBorders>
            <w:vAlign w:val="center"/>
          </w:tcPr>
          <w:p w14:paraId="36C58F88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60E1F298" w14:textId="77777777" w:rsidTr="00C7203B">
        <w:tc>
          <w:tcPr>
            <w:tcW w:w="2943" w:type="dxa"/>
            <w:vAlign w:val="center"/>
          </w:tcPr>
          <w:p w14:paraId="6D7C0805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Graphic Design</w:t>
            </w:r>
          </w:p>
        </w:tc>
        <w:tc>
          <w:tcPr>
            <w:tcW w:w="3544" w:type="dxa"/>
            <w:vAlign w:val="center"/>
          </w:tcPr>
          <w:p w14:paraId="4A4C9177" w14:textId="5914EE58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Canva, Photoshop</w:t>
            </w:r>
            <w:r w:rsidR="00C7203B">
              <w:rPr>
                <w:rFonts w:asciiTheme="majorHAnsi" w:hAnsiTheme="majorHAnsi" w:cstheme="majorHAnsi"/>
              </w:rPr>
              <w:t>, Other</w:t>
            </w:r>
          </w:p>
        </w:tc>
        <w:tc>
          <w:tcPr>
            <w:tcW w:w="709" w:type="dxa"/>
            <w:vAlign w:val="center"/>
          </w:tcPr>
          <w:p w14:paraId="76756090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0066874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669D845C" w14:textId="77777777" w:rsidTr="00C7203B">
        <w:tc>
          <w:tcPr>
            <w:tcW w:w="2943" w:type="dxa"/>
            <w:vAlign w:val="center"/>
          </w:tcPr>
          <w:p w14:paraId="4FBA37EC" w14:textId="7EC5BDB8" w:rsidR="00164994" w:rsidRPr="00C7203B" w:rsidRDefault="00C7203B" w:rsidP="00C7203B">
            <w:pPr>
              <w:spacing w:after="1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Secretarial &amp; </w:t>
            </w:r>
            <w:r w:rsidR="00000000" w:rsidRPr="00C7203B">
              <w:rPr>
                <w:rFonts w:asciiTheme="majorHAnsi" w:hAnsiTheme="majorHAnsi" w:cstheme="majorHAnsi"/>
              </w:rPr>
              <w:t>Computer Skills</w:t>
            </w:r>
          </w:p>
        </w:tc>
        <w:tc>
          <w:tcPr>
            <w:tcW w:w="3544" w:type="dxa"/>
            <w:vAlign w:val="center"/>
          </w:tcPr>
          <w:p w14:paraId="36003FD6" w14:textId="6634EC3C" w:rsidR="00164994" w:rsidRPr="00C7203B" w:rsidRDefault="00C7203B" w:rsidP="00C7203B">
            <w:pPr>
              <w:spacing w:after="120"/>
              <w:rPr>
                <w:rFonts w:asciiTheme="majorHAnsi" w:hAnsiTheme="majorHAnsi" w:cstheme="majorHAnsi"/>
              </w:rPr>
            </w:pPr>
            <w:r>
              <w:rPr>
                <w:rFonts w:asciiTheme="majorHAnsi" w:hAnsiTheme="majorHAnsi" w:cstheme="majorHAnsi"/>
              </w:rPr>
              <w:t xml:space="preserve">Email, Gmail, Mailchimp, </w:t>
            </w:r>
            <w:r w:rsidR="00000000" w:rsidRPr="00C7203B">
              <w:rPr>
                <w:rFonts w:asciiTheme="majorHAnsi" w:hAnsiTheme="majorHAnsi" w:cstheme="majorHAnsi"/>
              </w:rPr>
              <w:t>Word, Excel, Google Drive</w:t>
            </w:r>
          </w:p>
        </w:tc>
        <w:tc>
          <w:tcPr>
            <w:tcW w:w="709" w:type="dxa"/>
            <w:vAlign w:val="center"/>
          </w:tcPr>
          <w:p w14:paraId="429DCC2F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AAEFFF1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492C7D17" w14:textId="77777777" w:rsidTr="00C7203B">
        <w:tc>
          <w:tcPr>
            <w:tcW w:w="2943" w:type="dxa"/>
            <w:vAlign w:val="center"/>
          </w:tcPr>
          <w:p w14:paraId="43EBA606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Finance / Bookkeeping</w:t>
            </w:r>
          </w:p>
        </w:tc>
        <w:tc>
          <w:tcPr>
            <w:tcW w:w="3544" w:type="dxa"/>
            <w:vAlign w:val="center"/>
          </w:tcPr>
          <w:p w14:paraId="424CFD89" w14:textId="02418051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Xero, Excel</w:t>
            </w:r>
            <w:r w:rsidR="00C7203B">
              <w:rPr>
                <w:rFonts w:asciiTheme="majorHAnsi" w:hAnsiTheme="majorHAnsi" w:cstheme="majorHAnsi"/>
              </w:rPr>
              <w:t>, Other</w:t>
            </w:r>
          </w:p>
        </w:tc>
        <w:tc>
          <w:tcPr>
            <w:tcW w:w="709" w:type="dxa"/>
            <w:vAlign w:val="center"/>
          </w:tcPr>
          <w:p w14:paraId="1EA743F1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1E63FDB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2F3C520C" w14:textId="77777777" w:rsidTr="00C7203B">
        <w:tc>
          <w:tcPr>
            <w:tcW w:w="2943" w:type="dxa"/>
            <w:vAlign w:val="center"/>
          </w:tcPr>
          <w:p w14:paraId="4AC7AE9A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Website / Blog</w:t>
            </w:r>
          </w:p>
        </w:tc>
        <w:tc>
          <w:tcPr>
            <w:tcW w:w="3544" w:type="dxa"/>
            <w:vAlign w:val="center"/>
          </w:tcPr>
          <w:p w14:paraId="69821C37" w14:textId="194047F0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WordPress, Wix</w:t>
            </w:r>
            <w:r w:rsidR="00C7203B">
              <w:rPr>
                <w:rFonts w:asciiTheme="majorHAnsi" w:hAnsiTheme="majorHAnsi" w:cstheme="majorHAnsi"/>
              </w:rPr>
              <w:t xml:space="preserve"> (Other)</w:t>
            </w:r>
          </w:p>
        </w:tc>
        <w:tc>
          <w:tcPr>
            <w:tcW w:w="709" w:type="dxa"/>
            <w:vAlign w:val="center"/>
          </w:tcPr>
          <w:p w14:paraId="3F8154C1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F9D43BB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424F3454" w14:textId="77777777" w:rsidTr="00C7203B">
        <w:tc>
          <w:tcPr>
            <w:tcW w:w="2943" w:type="dxa"/>
            <w:vAlign w:val="center"/>
          </w:tcPr>
          <w:p w14:paraId="38246C87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Photography / Video</w:t>
            </w:r>
          </w:p>
        </w:tc>
        <w:tc>
          <w:tcPr>
            <w:tcW w:w="3544" w:type="dxa"/>
            <w:vAlign w:val="center"/>
          </w:tcPr>
          <w:p w14:paraId="68644C89" w14:textId="6A6A4F96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Smartphone, DSLR, YouTube</w:t>
            </w:r>
            <w:r w:rsidR="00C7203B">
              <w:rPr>
                <w:rFonts w:asciiTheme="majorHAnsi" w:hAnsiTheme="majorHAnsi" w:cstheme="majorHAnsi"/>
              </w:rPr>
              <w:t>, Other</w:t>
            </w:r>
          </w:p>
        </w:tc>
        <w:tc>
          <w:tcPr>
            <w:tcW w:w="709" w:type="dxa"/>
            <w:vAlign w:val="center"/>
          </w:tcPr>
          <w:p w14:paraId="6AD90746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2F8EAAA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5D46EFC9" w14:textId="77777777" w:rsidTr="00C7203B">
        <w:tc>
          <w:tcPr>
            <w:tcW w:w="2943" w:type="dxa"/>
            <w:vAlign w:val="center"/>
          </w:tcPr>
          <w:p w14:paraId="0AEABFD0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Art Handling / Hanging</w:t>
            </w:r>
          </w:p>
        </w:tc>
        <w:tc>
          <w:tcPr>
            <w:tcW w:w="3544" w:type="dxa"/>
            <w:vAlign w:val="center"/>
          </w:tcPr>
          <w:p w14:paraId="6ACD5777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62A16651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4DF1574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7A774AD8" w14:textId="77777777" w:rsidTr="00C7203B">
        <w:tc>
          <w:tcPr>
            <w:tcW w:w="2943" w:type="dxa"/>
            <w:vAlign w:val="center"/>
          </w:tcPr>
          <w:p w14:paraId="5B09F39A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Fundraising / Grant Writing</w:t>
            </w:r>
          </w:p>
        </w:tc>
        <w:tc>
          <w:tcPr>
            <w:tcW w:w="3544" w:type="dxa"/>
            <w:vAlign w:val="center"/>
          </w:tcPr>
          <w:p w14:paraId="27D32E91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6BAE3F6C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6C40EC5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109033D6" w14:textId="77777777" w:rsidTr="00C7203B">
        <w:tc>
          <w:tcPr>
            <w:tcW w:w="2943" w:type="dxa"/>
            <w:vAlign w:val="center"/>
          </w:tcPr>
          <w:p w14:paraId="4D7F31E9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Event Planning / Coordination</w:t>
            </w:r>
          </w:p>
        </w:tc>
        <w:tc>
          <w:tcPr>
            <w:tcW w:w="3544" w:type="dxa"/>
            <w:vAlign w:val="center"/>
          </w:tcPr>
          <w:p w14:paraId="23AA91C9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61A79333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4C6FACB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40A07A9A" w14:textId="77777777" w:rsidTr="00C7203B">
        <w:tc>
          <w:tcPr>
            <w:tcW w:w="2943" w:type="dxa"/>
            <w:vAlign w:val="center"/>
          </w:tcPr>
          <w:p w14:paraId="07215669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Volunteer Coordination</w:t>
            </w:r>
          </w:p>
        </w:tc>
        <w:tc>
          <w:tcPr>
            <w:tcW w:w="3544" w:type="dxa"/>
            <w:vAlign w:val="center"/>
          </w:tcPr>
          <w:p w14:paraId="24FCC06E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0F6EFDFA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0121445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090F8A5B" w14:textId="77777777" w:rsidTr="00C7203B">
        <w:tc>
          <w:tcPr>
            <w:tcW w:w="2943" w:type="dxa"/>
            <w:vAlign w:val="center"/>
          </w:tcPr>
          <w:p w14:paraId="225B8327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Exhibition Setup / Curation</w:t>
            </w:r>
          </w:p>
        </w:tc>
        <w:tc>
          <w:tcPr>
            <w:tcW w:w="3544" w:type="dxa"/>
            <w:vAlign w:val="center"/>
          </w:tcPr>
          <w:p w14:paraId="2BC3262B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789BFF88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13A7024A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694FB936" w14:textId="77777777" w:rsidTr="00C7203B">
        <w:tc>
          <w:tcPr>
            <w:tcW w:w="2943" w:type="dxa"/>
            <w:vAlign w:val="center"/>
          </w:tcPr>
          <w:p w14:paraId="3429C196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Technical / IT Support</w:t>
            </w:r>
          </w:p>
        </w:tc>
        <w:tc>
          <w:tcPr>
            <w:tcW w:w="3544" w:type="dxa"/>
            <w:vAlign w:val="center"/>
          </w:tcPr>
          <w:p w14:paraId="40F476CD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7D7E721B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6EC7BA1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42DDA74E" w14:textId="77777777" w:rsidTr="00C7203B">
        <w:tc>
          <w:tcPr>
            <w:tcW w:w="2943" w:type="dxa"/>
            <w:vAlign w:val="center"/>
          </w:tcPr>
          <w:p w14:paraId="328131D9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Transport / Logistics</w:t>
            </w:r>
          </w:p>
        </w:tc>
        <w:tc>
          <w:tcPr>
            <w:tcW w:w="3544" w:type="dxa"/>
            <w:vAlign w:val="center"/>
          </w:tcPr>
          <w:p w14:paraId="21621485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—</w:t>
            </w:r>
          </w:p>
        </w:tc>
        <w:tc>
          <w:tcPr>
            <w:tcW w:w="709" w:type="dxa"/>
            <w:vAlign w:val="center"/>
          </w:tcPr>
          <w:p w14:paraId="4AB9FF1E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C7D02B4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  <w:tr w:rsidR="00164994" w:rsidRPr="00C7203B" w14:paraId="6866372C" w14:textId="77777777" w:rsidTr="00C7203B">
        <w:tc>
          <w:tcPr>
            <w:tcW w:w="2943" w:type="dxa"/>
            <w:vAlign w:val="center"/>
          </w:tcPr>
          <w:p w14:paraId="6A11F8C2" w14:textId="77777777" w:rsidR="00164994" w:rsidRPr="00C7203B" w:rsidRDefault="00000000" w:rsidP="00C7203B">
            <w:pPr>
              <w:spacing w:after="120"/>
              <w:rPr>
                <w:rFonts w:asciiTheme="majorHAnsi" w:hAnsiTheme="majorHAnsi" w:cstheme="majorHAnsi"/>
              </w:rPr>
            </w:pPr>
            <w:r w:rsidRPr="00C7203B">
              <w:rPr>
                <w:rFonts w:asciiTheme="majorHAnsi" w:hAnsiTheme="majorHAnsi" w:cstheme="majorHAnsi"/>
              </w:rPr>
              <w:t>Other</w:t>
            </w:r>
          </w:p>
        </w:tc>
        <w:tc>
          <w:tcPr>
            <w:tcW w:w="3544" w:type="dxa"/>
            <w:vAlign w:val="center"/>
          </w:tcPr>
          <w:p w14:paraId="4E81097C" w14:textId="35A9578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  <w:tc>
          <w:tcPr>
            <w:tcW w:w="709" w:type="dxa"/>
            <w:vAlign w:val="center"/>
          </w:tcPr>
          <w:p w14:paraId="4755C02D" w14:textId="77777777" w:rsidR="00164994" w:rsidRPr="00C7203B" w:rsidRDefault="00000000" w:rsidP="00C7203B">
            <w:pPr>
              <w:spacing w:after="120"/>
              <w:jc w:val="center"/>
              <w:rPr>
                <w:rFonts w:asciiTheme="majorHAnsi" w:hAnsiTheme="majorHAnsi" w:cstheme="majorHAnsi"/>
              </w:rPr>
            </w:pPr>
            <w:r w:rsidRPr="00C7203B">
              <w:rPr>
                <w:rFonts w:ascii="Segoe UI Symbol" w:hAnsi="Segoe UI Symbol" w:cs="Segoe UI Symbol"/>
              </w:rPr>
              <w:t>☐</w:t>
            </w:r>
          </w:p>
        </w:tc>
        <w:tc>
          <w:tcPr>
            <w:tcW w:w="3827" w:type="dxa"/>
            <w:tcBorders>
              <w:top w:val="dashSmallGap" w:sz="4" w:space="0" w:color="auto"/>
            </w:tcBorders>
            <w:vAlign w:val="center"/>
          </w:tcPr>
          <w:p w14:paraId="3FBA47ED" w14:textId="77777777" w:rsidR="00164994" w:rsidRPr="00C7203B" w:rsidRDefault="00164994" w:rsidP="00C7203B">
            <w:pPr>
              <w:spacing w:after="120"/>
              <w:rPr>
                <w:rFonts w:asciiTheme="majorHAnsi" w:hAnsiTheme="majorHAnsi" w:cstheme="majorHAnsi"/>
              </w:rPr>
            </w:pPr>
          </w:p>
        </w:tc>
      </w:tr>
    </w:tbl>
    <w:p w14:paraId="345F784A" w14:textId="77777777" w:rsidR="00164994" w:rsidRPr="00C7203B" w:rsidRDefault="00000000">
      <w:pPr>
        <w:pStyle w:val="Heading2"/>
        <w:rPr>
          <w:rFonts w:cstheme="majorHAnsi"/>
        </w:rPr>
      </w:pPr>
      <w:r w:rsidRPr="00C7203B">
        <w:rPr>
          <w:rFonts w:cstheme="majorHAnsi"/>
        </w:rPr>
        <w:t>Availability &amp; Interest</w:t>
      </w:r>
    </w:p>
    <w:p w14:paraId="209B0ED1" w14:textId="19BFAD96" w:rsidR="00164994" w:rsidRPr="00C7203B" w:rsidRDefault="00000000" w:rsidP="00C7203B">
      <w:pPr>
        <w:tabs>
          <w:tab w:val="left" w:pos="5103"/>
        </w:tabs>
        <w:spacing w:after="120"/>
        <w:rPr>
          <w:rFonts w:asciiTheme="majorHAnsi" w:hAnsiTheme="majorHAnsi" w:cstheme="majorHAnsi"/>
        </w:rPr>
      </w:pPr>
      <w:r w:rsidRPr="00C7203B">
        <w:rPr>
          <w:rFonts w:ascii="Segoe UI Symbol" w:hAnsi="Segoe UI Symbol" w:cs="Segoe UI Symbol"/>
        </w:rPr>
        <w:t>☐</w:t>
      </w:r>
      <w:r w:rsidRPr="00C7203B">
        <w:rPr>
          <w:rFonts w:asciiTheme="majorHAnsi" w:hAnsiTheme="majorHAnsi" w:cstheme="majorHAnsi"/>
        </w:rPr>
        <w:t xml:space="preserve"> One-off tasks</w:t>
      </w:r>
      <w:r w:rsidR="00C7203B">
        <w:rPr>
          <w:rFonts w:asciiTheme="majorHAnsi" w:hAnsiTheme="majorHAnsi" w:cstheme="majorHAnsi"/>
        </w:rPr>
        <w:tab/>
      </w:r>
      <w:r w:rsidRPr="00C7203B">
        <w:rPr>
          <w:rFonts w:ascii="Segoe UI Symbol" w:hAnsi="Segoe UI Symbol" w:cs="Segoe UI Symbol"/>
        </w:rPr>
        <w:t>☐</w:t>
      </w:r>
      <w:r w:rsidRPr="00C7203B">
        <w:rPr>
          <w:rFonts w:asciiTheme="majorHAnsi" w:hAnsiTheme="majorHAnsi" w:cstheme="majorHAnsi"/>
        </w:rPr>
        <w:t xml:space="preserve"> Project-based roles</w:t>
      </w:r>
    </w:p>
    <w:p w14:paraId="0905C36B" w14:textId="7FE746D8" w:rsidR="00164994" w:rsidRPr="00C7203B" w:rsidRDefault="00000000" w:rsidP="00C7203B">
      <w:pPr>
        <w:tabs>
          <w:tab w:val="left" w:pos="5103"/>
        </w:tabs>
        <w:spacing w:after="120"/>
        <w:rPr>
          <w:rFonts w:asciiTheme="majorHAnsi" w:hAnsiTheme="majorHAnsi" w:cstheme="majorHAnsi"/>
        </w:rPr>
      </w:pPr>
      <w:r w:rsidRPr="00C7203B">
        <w:rPr>
          <w:rFonts w:ascii="Segoe UI Symbol" w:hAnsi="Segoe UI Symbol" w:cs="Segoe UI Symbol"/>
        </w:rPr>
        <w:t>☐</w:t>
      </w:r>
      <w:r w:rsidRPr="00C7203B">
        <w:rPr>
          <w:rFonts w:asciiTheme="majorHAnsi" w:hAnsiTheme="majorHAnsi" w:cstheme="majorHAnsi"/>
        </w:rPr>
        <w:t xml:space="preserve"> Ongoing volunteer roles</w:t>
      </w:r>
      <w:r w:rsidR="00C7203B">
        <w:rPr>
          <w:rFonts w:asciiTheme="majorHAnsi" w:hAnsiTheme="majorHAnsi" w:cstheme="majorHAnsi"/>
        </w:rPr>
        <w:tab/>
      </w:r>
      <w:r w:rsidRPr="00C7203B">
        <w:rPr>
          <w:rFonts w:ascii="Segoe UI Symbol" w:hAnsi="Segoe UI Symbol" w:cs="Segoe UI Symbol"/>
        </w:rPr>
        <w:t>☐</w:t>
      </w:r>
      <w:r w:rsidRPr="00C7203B">
        <w:rPr>
          <w:rFonts w:asciiTheme="majorHAnsi" w:hAnsiTheme="majorHAnsi" w:cstheme="majorHAnsi"/>
        </w:rPr>
        <w:t xml:space="preserve"> Committee positions</w:t>
      </w:r>
    </w:p>
    <w:p w14:paraId="3D26A508" w14:textId="77777777" w:rsidR="00164994" w:rsidRPr="00C7203B" w:rsidRDefault="00000000">
      <w:pPr>
        <w:pStyle w:val="Heading2"/>
        <w:rPr>
          <w:rFonts w:cstheme="majorHAnsi"/>
        </w:rPr>
      </w:pPr>
      <w:r w:rsidRPr="00C7203B">
        <w:rPr>
          <w:rFonts w:cstheme="majorHAnsi"/>
        </w:rPr>
        <w:t>Additional Notes</w:t>
      </w:r>
    </w:p>
    <w:p w14:paraId="0E95F07C" w14:textId="44FBE307" w:rsidR="00164994" w:rsidRPr="00C7203B" w:rsidRDefault="00000000" w:rsidP="00C7203B">
      <w:pPr>
        <w:spacing w:after="120"/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__________________________________________</w:t>
      </w:r>
      <w:r w:rsidR="00C7203B">
        <w:rPr>
          <w:rFonts w:asciiTheme="majorHAnsi" w:hAnsiTheme="majorHAnsi" w:cstheme="majorHAnsi"/>
        </w:rPr>
        <w:t>_______________________________________________________</w:t>
      </w:r>
      <w:r w:rsidRPr="00C7203B">
        <w:rPr>
          <w:rFonts w:asciiTheme="majorHAnsi" w:hAnsiTheme="majorHAnsi" w:cstheme="majorHAnsi"/>
        </w:rPr>
        <w:t>__</w:t>
      </w:r>
    </w:p>
    <w:p w14:paraId="293790F3" w14:textId="29C63D62" w:rsidR="00164994" w:rsidRPr="00C7203B" w:rsidRDefault="00000000" w:rsidP="00C7203B">
      <w:pPr>
        <w:spacing w:after="120"/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_____________________________________</w:t>
      </w:r>
      <w:r w:rsidR="00C7203B">
        <w:rPr>
          <w:rFonts w:asciiTheme="majorHAnsi" w:hAnsiTheme="majorHAnsi" w:cstheme="majorHAnsi"/>
        </w:rPr>
        <w:t>_______________________________________________________</w:t>
      </w:r>
      <w:r w:rsidRPr="00C7203B">
        <w:rPr>
          <w:rFonts w:asciiTheme="majorHAnsi" w:hAnsiTheme="majorHAnsi" w:cstheme="majorHAnsi"/>
        </w:rPr>
        <w:t>_______</w:t>
      </w:r>
    </w:p>
    <w:p w14:paraId="53C09431" w14:textId="5EF12AD7" w:rsidR="00164994" w:rsidRPr="00C7203B" w:rsidRDefault="00000000" w:rsidP="00C7203B">
      <w:pPr>
        <w:spacing w:after="120"/>
        <w:rPr>
          <w:rFonts w:asciiTheme="majorHAnsi" w:hAnsiTheme="majorHAnsi" w:cstheme="majorHAnsi"/>
        </w:rPr>
      </w:pPr>
      <w:r w:rsidRPr="00C7203B">
        <w:rPr>
          <w:rFonts w:asciiTheme="majorHAnsi" w:hAnsiTheme="majorHAnsi" w:cstheme="majorHAnsi"/>
        </w:rPr>
        <w:t>____________________________________</w:t>
      </w:r>
      <w:r w:rsidR="00C7203B">
        <w:rPr>
          <w:rFonts w:asciiTheme="majorHAnsi" w:hAnsiTheme="majorHAnsi" w:cstheme="majorHAnsi"/>
        </w:rPr>
        <w:t>_______________________________________________________</w:t>
      </w:r>
      <w:r w:rsidRPr="00C7203B">
        <w:rPr>
          <w:rFonts w:asciiTheme="majorHAnsi" w:hAnsiTheme="majorHAnsi" w:cstheme="majorHAnsi"/>
        </w:rPr>
        <w:t>________</w:t>
      </w:r>
    </w:p>
    <w:sectPr w:rsidR="00164994" w:rsidRPr="00C7203B" w:rsidSect="00C7203B">
      <w:pgSz w:w="12240" w:h="15840"/>
      <w:pgMar w:top="425" w:right="567" w:bottom="425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05846376">
    <w:abstractNumId w:val="8"/>
  </w:num>
  <w:num w:numId="2" w16cid:durableId="1713505278">
    <w:abstractNumId w:val="6"/>
  </w:num>
  <w:num w:numId="3" w16cid:durableId="1398436014">
    <w:abstractNumId w:val="5"/>
  </w:num>
  <w:num w:numId="4" w16cid:durableId="1875463945">
    <w:abstractNumId w:val="4"/>
  </w:num>
  <w:num w:numId="5" w16cid:durableId="1982187">
    <w:abstractNumId w:val="7"/>
  </w:num>
  <w:num w:numId="6" w16cid:durableId="1506246177">
    <w:abstractNumId w:val="3"/>
  </w:num>
  <w:num w:numId="7" w16cid:durableId="1540161914">
    <w:abstractNumId w:val="2"/>
  </w:num>
  <w:num w:numId="8" w16cid:durableId="1770739178">
    <w:abstractNumId w:val="1"/>
  </w:num>
  <w:num w:numId="9" w16cid:durableId="314533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64994"/>
    <w:rsid w:val="0029639D"/>
    <w:rsid w:val="00326F90"/>
    <w:rsid w:val="005419EA"/>
    <w:rsid w:val="00AA1D8D"/>
    <w:rsid w:val="00B47730"/>
    <w:rsid w:val="00C7203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586248F"/>
  <w14:defaultImageDpi w14:val="300"/>
  <w15:docId w15:val="{5E068281-837F-426E-9097-1A917806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1462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John Macdonald</cp:lastModifiedBy>
  <cp:revision>2</cp:revision>
  <cp:lastPrinted>2025-11-05T08:59:00Z</cp:lastPrinted>
  <dcterms:created xsi:type="dcterms:W3CDTF">2025-11-05T09:00:00Z</dcterms:created>
  <dcterms:modified xsi:type="dcterms:W3CDTF">2025-11-05T09:00:00Z</dcterms:modified>
  <cp:category/>
</cp:coreProperties>
</file>